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א.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פיקח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ב.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ג. נרדפת או הפך?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בעלות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המשמעות שלהן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המשמעות שלהן הפוכה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ד. התאמה –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(פיקח)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ה.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נאה, מקסים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זעיר, פעוט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ו.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שתי מילים בעלות משמעות הפוכה, למשל גדול וקטן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נרדפות - דומות במשמעות, הפכים -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חם - נרדפת: לוהט, הפך: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של שתי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של ההבדל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קלפי הזיכרון כהכנה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ג׳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שני סוגים של זוגות מילים: מילים נרדפות (דומות במשמעות) ומילים הפכים (הפוכות במשמעות).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א.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מילה נרדפת ל'שמח'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מילה נרדפת ל'גדול'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מילה נרדפת ל'יפה'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נרדפת ל'מהיר'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נרדפת ל'חכם'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ב.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מ'פתוח'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מ'עולה'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ג. נרדפת או הפך?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'קטן' ו'ענק'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'יפה' ו'נאה'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'חם' ו'קר'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ד. התאמה – 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פיקח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ה.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נרדפות למילה 'יפה'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נרדפות למילה 'קטן'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ו.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יופיע זוג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מילים נרדפות למילים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כלשהי וכתבו לה גם מילה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