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נרדפות ומילים הפוכות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נרדפות להפכים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במילים נרדפות ובהפכים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א. 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זריז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פיקח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ב. השלימו את ההפך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יורד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ג. נרדפת או הפך?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המילים בעלות משמעות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אלו הפכים ולא מילים דומות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המשמעות שלהן הפוכה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אלו 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המשמעות שלהן הפוכה לגמרי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ד. התאמה – מילה נרדפת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(עליז)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(ענק)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(זריז)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(פיקח)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ה.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נאה, מקסים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זעיר, פעוט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ו. חשיבה בכתב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עם שתי מילים בעלות משמעות הפוכה, למשל גדול וקטן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נרדפות - דומות במשמעות, הפכים - הפוכות במשמעות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חם - נרדפת: לוהט, הפך: 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של שתי מילים דומות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של שתי מילים הפוכות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שמראה הבנה של ההבדל בין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קלפי הזיכרון כהכנה לדף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יחד על חלק ג׳ בעל פה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נלמד על מילים דומות ומילים הפוכות. נתרגל ביחד.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מילים נרדפות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שיש להן פירוש דומה, כמו שמח ועליז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הפכים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שהמשמעות שלהן הפוכה, כמו גדול וקטן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זוג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שקשורות זו לזו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משמעות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הפירוש של המילה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קרוב באופן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הפוך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מנוגד לגמרי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א. 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דומה ל'שמח'?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דומה ל'גדול'?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דומה ל'יפה'?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דומה ל'מהיר'?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דומה ל'חכם'?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פיקח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טיפש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גבוה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ב. השלימו את ההפך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ההפך מ'גדול'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ההפך מ'יום'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ההפך מ'חם'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ההפך מ'מהר'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ההפך מ'פתוח'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ההפך מ'עולה'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ג. נרדפת או הפך?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'שמח' ו'עליז'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'אור' ו'חושך'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'קטן' ו'ענק' הן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'יפה' ו'נאה' הן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'חם' ו'קר' הן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ד. התאמה – מילה נרדפת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פיקח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זריז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ענק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חכם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עליז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ה.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מילים נרדפות למילה 'יפה'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מילים נרדפות למילה 'קטן'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ו. חשיבה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שבו יופיע זוג מילים הפכים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מילים נרדפות למילים הפכים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מילה כלשהי וכתבו לה גם מילה נרדפת וגם הפך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למילים נרדפות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למילים 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נרדפות להפכים?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 והפכים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