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נרדפות להפכים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נרדפות ובהפכים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א.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ענק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ב. השלימו את ההפך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ג. נרדפת או הפך?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בעלות משמעות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הפכים ולא מילים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המשמעות שלהן הפוכה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ד. התאמה – מילה נרדפת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(זריז)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ה.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נאה, מקסים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ו. חשיבה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שתי מילים בעלות משמעות הפוכה, למשל גדול וקטן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של שתי מילים דומות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של שתי 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של ההבדל בין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קלפי הזיכרון כהכנה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חלק ג׳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שני סוגים של זוגות מילים: מילים נרדפות (דומות במשמעות) ומילים הפכים (הפוכות במשמעות).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לילה  ·  קר  ·  קטן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א.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מילה נרדפת ל'שמח'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מילה נרדפת ל'גדול'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ב. השלימו את ההפך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ההפך מ'גדול'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ההפך מ'יום'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ההפך מ'חם'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ג. נרדפת או הפך?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'שמח' ו'עליז'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'אור' ו'חושך'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'קטן' ו'ענק'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ד. התאמה – מילה נרדפת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זריז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ה.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מילים נרדפות למילה 'יפה'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ו. חשיבה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שבו יופיע זוג מילים הפכים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למילים 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